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EB88F" w14:textId="77777777" w:rsidR="007A2817" w:rsidRDefault="003A46B2">
      <w:pPr>
        <w:spacing w:after="20"/>
        <w:jc w:val="center"/>
      </w:pPr>
      <w:r>
        <w:rPr>
          <w:b/>
          <w:sz w:val="48"/>
        </w:rPr>
        <w:t>DBKC</w:t>
      </w:r>
    </w:p>
    <w:p w14:paraId="7C93EF06" w14:textId="58B0E876" w:rsidR="007A2817" w:rsidRDefault="003A46B2" w:rsidP="00B736EC">
      <w:pPr>
        <w:spacing w:after="20"/>
        <w:jc w:val="center"/>
      </w:pPr>
      <w:r>
        <w:rPr>
          <w:b/>
          <w:sz w:val="32"/>
        </w:rPr>
        <w:t>STUD SERVICE DECLARATION</w:t>
      </w:r>
    </w:p>
    <w:p w14:paraId="5245AA78" w14:textId="77777777" w:rsidR="007A2817" w:rsidRDefault="003A46B2">
      <w:pPr>
        <w:spacing w:before="120" w:after="60"/>
      </w:pPr>
      <w:r>
        <w:rPr>
          <w:b/>
          <w:sz w:val="21"/>
        </w:rPr>
        <w:t>1. STUD DOG DETAILS</w:t>
      </w:r>
    </w:p>
    <w:tbl>
      <w:tblPr>
        <w:tblW w:w="0" w:type="auto"/>
        <w:jc w:val="center"/>
        <w:tblLayout w:type="fixed"/>
        <w:tblLook w:val="04A0" w:firstRow="1" w:lastRow="0" w:firstColumn="1" w:lastColumn="0" w:noHBand="0" w:noVBand="1"/>
      </w:tblPr>
      <w:tblGrid>
        <w:gridCol w:w="9520"/>
        <w:gridCol w:w="231"/>
      </w:tblGrid>
      <w:tr w:rsidR="007A2817" w14:paraId="3DD2122A" w14:textId="77777777" w:rsidTr="00A26836">
        <w:trPr>
          <w:jc w:val="center"/>
        </w:trPr>
        <w:tc>
          <w:tcPr>
            <w:tcW w:w="9520" w:type="dxa"/>
            <w:shd w:val="clear" w:color="auto" w:fill="EDEDED"/>
            <w:tcMar>
              <w:top w:w="80" w:type="dxa"/>
              <w:left w:w="100" w:type="dxa"/>
              <w:bottom w:w="80" w:type="dxa"/>
              <w:right w:w="100" w:type="dxa"/>
            </w:tcMar>
            <w:vAlign w:val="center"/>
          </w:tcPr>
          <w:p w14:paraId="55A9B002" w14:textId="77777777" w:rsidR="007A2817" w:rsidRDefault="003A46B2">
            <w:pPr>
              <w:spacing w:after="0"/>
            </w:pPr>
            <w:r>
              <w:rPr>
                <w:b/>
                <w:sz w:val="17"/>
              </w:rPr>
              <w:t>Name as shown on pedigree</w:t>
            </w:r>
            <w:proofErr w:type="spellStart"/>
            <w:r>
              <w:rPr>
                <w:b/>
                <w:sz w:val="17"/>
              </w:rPr>
            </w:r>
            <w:proofErr w:type="spellEnd"/>
            <w:r>
              <w:rPr>
                <w:b/>
                <w:sz w:val="17"/>
              </w:rPr>
            </w:r>
            <w:proofErr w:type="spellStart"/>
            <w:r>
              <w:rPr>
                <w:b/>
                <w:sz w:val="17"/>
              </w:rPr>
            </w:r>
            <w:proofErr w:type="spellEnd"/>
          </w:p>
        </w:tc>
        <w:tc>
          <w:tcPr>
            <w:tcW w:w="231" w:type="dxa"/>
            <w:tcMar>
              <w:top w:w="80" w:type="dxa"/>
              <w:left w:w="100" w:type="dxa"/>
              <w:bottom w:w="80" w:type="dxa"/>
              <w:right w:w="100" w:type="dxa"/>
            </w:tcMar>
            <w:vAlign w:val="center"/>
          </w:tcPr>
          <w:p w14:paraId="69D22493" w14:textId="77777777" w:rsidR="007A2817" w:rsidRDefault="007A2817">
            <w:pPr>
              <w:spacing w:after="0"/>
            </w:pPr>
          </w:p>
        </w:tc>
      </w:tr>
      <w:tr w:rsidR="007A2817" w14:paraId="160A6415" w14:textId="77777777" w:rsidTr="00A26836">
        <w:trPr>
          <w:jc w:val="center"/>
        </w:trPr>
        <w:tc>
          <w:tcPr>
            <w:tcW w:w="9520" w:type="dxa"/>
            <w:shd w:val="clear" w:color="auto" w:fill="EDEDED"/>
            <w:tcMar>
              <w:top w:w="80" w:type="dxa"/>
              <w:left w:w="100" w:type="dxa"/>
              <w:bottom w:w="80" w:type="dxa"/>
              <w:right w:w="100" w:type="dxa"/>
            </w:tcMar>
            <w:vAlign w:val="center"/>
          </w:tcPr>
          <w:p w14:paraId="3F0FAB47" w14:textId="77777777" w:rsidR="007A2817" w:rsidRDefault="003A46B2">
            <w:pPr>
              <w:spacing w:after="0"/>
            </w:pPr>
            <w:r>
              <w:rPr>
                <w:b/>
                <w:sz w:val="17"/>
              </w:rPr>
              <w:t>Registration / pedigree number</w:t>
            </w:r>
          </w:p>
        </w:tc>
        <w:tc>
          <w:tcPr>
            <w:tcW w:w="231" w:type="dxa"/>
            <w:tcMar>
              <w:top w:w="80" w:type="dxa"/>
              <w:left w:w="100" w:type="dxa"/>
              <w:bottom w:w="80" w:type="dxa"/>
              <w:right w:w="100" w:type="dxa"/>
            </w:tcMar>
            <w:vAlign w:val="center"/>
          </w:tcPr>
          <w:p w14:paraId="572A8A59" w14:textId="77777777" w:rsidR="007A2817" w:rsidRDefault="007A2817">
            <w:pPr>
              <w:spacing w:after="0"/>
            </w:pPr>
          </w:p>
        </w:tc>
      </w:tr>
      <w:tr w:rsidR="007A2817" w14:paraId="331616EC" w14:textId="77777777" w:rsidTr="00A26836">
        <w:trPr>
          <w:jc w:val="center"/>
        </w:trPr>
        <w:tc>
          <w:tcPr>
            <w:tcW w:w="9520" w:type="dxa"/>
            <w:shd w:val="clear" w:color="auto" w:fill="EDEDED"/>
            <w:tcMar>
              <w:top w:w="80" w:type="dxa"/>
              <w:left w:w="100" w:type="dxa"/>
              <w:bottom w:w="80" w:type="dxa"/>
              <w:right w:w="100" w:type="dxa"/>
            </w:tcMar>
            <w:vAlign w:val="center"/>
          </w:tcPr>
          <w:p w14:paraId="27AE34C0" w14:textId="77777777" w:rsidR="007A2817" w:rsidRDefault="003A46B2">
            <w:pPr>
              <w:spacing w:after="0"/>
            </w:pPr>
            <w:r>
              <w:rPr>
                <w:b/>
                <w:sz w:val="17"/>
              </w:rPr>
              <w:t>Breed</w:t>
            </w:r>
          </w:p>
        </w:tc>
        <w:tc>
          <w:tcPr>
            <w:tcW w:w="231" w:type="dxa"/>
            <w:tcMar>
              <w:top w:w="80" w:type="dxa"/>
              <w:left w:w="100" w:type="dxa"/>
              <w:bottom w:w="80" w:type="dxa"/>
              <w:right w:w="100" w:type="dxa"/>
            </w:tcMar>
            <w:vAlign w:val="center"/>
          </w:tcPr>
          <w:p w14:paraId="612A694A" w14:textId="77777777" w:rsidR="007A2817" w:rsidRDefault="007A2817">
            <w:pPr>
              <w:spacing w:after="0"/>
            </w:pPr>
          </w:p>
        </w:tc>
      </w:tr>
      <w:tr w:rsidR="007A2817" w14:paraId="5ED43388" w14:textId="77777777" w:rsidTr="00A26836">
        <w:trPr>
          <w:jc w:val="center"/>
        </w:trPr>
        <w:tc>
          <w:tcPr>
            <w:tcW w:w="9520" w:type="dxa"/>
            <w:shd w:val="clear" w:color="auto" w:fill="EDEDED"/>
            <w:tcMar>
              <w:top w:w="80" w:type="dxa"/>
              <w:left w:w="100" w:type="dxa"/>
              <w:bottom w:w="80" w:type="dxa"/>
              <w:right w:w="100" w:type="dxa"/>
            </w:tcMar>
            <w:vAlign w:val="center"/>
          </w:tcPr>
          <w:p w14:paraId="717A29CF" w14:textId="77777777" w:rsidR="007A2817" w:rsidRDefault="003A46B2">
            <w:pPr>
              <w:spacing w:after="0"/>
            </w:pPr>
            <w:r>
              <w:rPr>
                <w:b/>
                <w:sz w:val="17"/>
              </w:rPr>
              <w:t>Type / variety</w:t>
            </w:r>
          </w:p>
        </w:tc>
        <w:tc>
          <w:tcPr>
            <w:tcW w:w="231" w:type="dxa"/>
            <w:tcMar>
              <w:top w:w="80" w:type="dxa"/>
              <w:left w:w="100" w:type="dxa"/>
              <w:bottom w:w="80" w:type="dxa"/>
              <w:right w:w="100" w:type="dxa"/>
            </w:tcMar>
            <w:vAlign w:val="center"/>
          </w:tcPr>
          <w:p w14:paraId="76A2CE60" w14:textId="77777777" w:rsidR="007A2817" w:rsidRDefault="007A2817">
            <w:pPr>
              <w:spacing w:after="0"/>
            </w:pPr>
          </w:p>
        </w:tc>
      </w:tr>
      <w:tr w:rsidR="007A2817" w14:paraId="729D33E0" w14:textId="77777777" w:rsidTr="00A26836">
        <w:trPr>
          <w:jc w:val="center"/>
        </w:trPr>
        <w:tc>
          <w:tcPr>
            <w:tcW w:w="9520" w:type="dxa"/>
            <w:shd w:val="clear" w:color="auto" w:fill="EDEDED"/>
            <w:tcMar>
              <w:top w:w="80" w:type="dxa"/>
              <w:left w:w="100" w:type="dxa"/>
              <w:bottom w:w="80" w:type="dxa"/>
              <w:right w:w="100" w:type="dxa"/>
            </w:tcMar>
            <w:vAlign w:val="center"/>
          </w:tcPr>
          <w:p w14:paraId="0DC9CF96" w14:textId="77777777" w:rsidR="007A2817" w:rsidRDefault="003A46B2">
            <w:pPr>
              <w:spacing w:after="0"/>
            </w:pPr>
            <w:r>
              <w:rPr>
                <w:b/>
                <w:sz w:val="17"/>
              </w:rPr>
              <w:t>Date of birth</w:t>
            </w:r>
          </w:p>
        </w:tc>
        <w:tc>
          <w:tcPr>
            <w:tcW w:w="231" w:type="dxa"/>
            <w:tcMar>
              <w:top w:w="80" w:type="dxa"/>
              <w:left w:w="100" w:type="dxa"/>
              <w:bottom w:w="80" w:type="dxa"/>
              <w:right w:w="100" w:type="dxa"/>
            </w:tcMar>
            <w:vAlign w:val="center"/>
          </w:tcPr>
          <w:p w14:paraId="122D658B" w14:textId="77777777" w:rsidR="007A2817" w:rsidRDefault="007A2817">
            <w:pPr>
              <w:spacing w:after="0"/>
            </w:pPr>
          </w:p>
        </w:tc>
      </w:tr>
      <w:tr w:rsidR="007A2817" w14:paraId="28BD526B" w14:textId="77777777" w:rsidTr="00A26836">
        <w:trPr>
          <w:jc w:val="center"/>
        </w:trPr>
        <w:tc>
          <w:tcPr>
            <w:tcW w:w="9520" w:type="dxa"/>
            <w:shd w:val="clear" w:color="auto" w:fill="EDEDED"/>
            <w:tcMar>
              <w:top w:w="80" w:type="dxa"/>
              <w:left w:w="100" w:type="dxa"/>
              <w:bottom w:w="80" w:type="dxa"/>
              <w:right w:w="100" w:type="dxa"/>
            </w:tcMar>
            <w:vAlign w:val="center"/>
          </w:tcPr>
          <w:p w14:paraId="13DC02ED" w14:textId="77777777" w:rsidR="007A2817" w:rsidRDefault="003A46B2">
            <w:pPr>
              <w:spacing w:after="0"/>
            </w:pPr>
            <w:r>
              <w:rPr>
                <w:b/>
                <w:sz w:val="17"/>
              </w:rPr>
              <w:t>Microchip number</w:t>
            </w:r>
          </w:p>
        </w:tc>
        <w:tc>
          <w:tcPr>
            <w:tcW w:w="231" w:type="dxa"/>
            <w:tcMar>
              <w:top w:w="80" w:type="dxa"/>
              <w:left w:w="100" w:type="dxa"/>
              <w:bottom w:w="80" w:type="dxa"/>
              <w:right w:w="100" w:type="dxa"/>
            </w:tcMar>
            <w:vAlign w:val="center"/>
          </w:tcPr>
          <w:p w14:paraId="7A68FCF6" w14:textId="77777777" w:rsidR="007A2817" w:rsidRDefault="007A2817">
            <w:pPr>
              <w:spacing w:after="0"/>
            </w:pPr>
          </w:p>
        </w:tc>
      </w:tr>
      <w:tr w:rsidR="007A2817" w14:paraId="59206094" w14:textId="77777777" w:rsidTr="00A26836">
        <w:trPr>
          <w:jc w:val="center"/>
        </w:trPr>
        <w:tc>
          <w:tcPr>
            <w:tcW w:w="9520" w:type="dxa"/>
            <w:shd w:val="clear" w:color="auto" w:fill="EDEDED"/>
            <w:tcMar>
              <w:top w:w="80" w:type="dxa"/>
              <w:left w:w="100" w:type="dxa"/>
              <w:bottom w:w="80" w:type="dxa"/>
              <w:right w:w="100" w:type="dxa"/>
            </w:tcMar>
            <w:vAlign w:val="center"/>
          </w:tcPr>
          <w:p w14:paraId="020F9FD4" w14:textId="77777777" w:rsidR="007A2817" w:rsidRDefault="003A46B2">
            <w:pPr>
              <w:spacing w:after="0"/>
            </w:pPr>
            <w:r>
              <w:rPr>
                <w:b/>
                <w:sz w:val="17"/>
              </w:rPr>
              <w:t>Colour</w:t>
            </w:r>
          </w:p>
        </w:tc>
        <w:tc>
          <w:tcPr>
            <w:tcW w:w="231" w:type="dxa"/>
            <w:tcMar>
              <w:top w:w="80" w:type="dxa"/>
              <w:left w:w="100" w:type="dxa"/>
              <w:bottom w:w="80" w:type="dxa"/>
              <w:right w:w="100" w:type="dxa"/>
            </w:tcMar>
            <w:vAlign w:val="center"/>
          </w:tcPr>
          <w:p w14:paraId="2C732A09" w14:textId="77777777" w:rsidR="007A2817" w:rsidRDefault="007A2817">
            <w:pPr>
              <w:spacing w:after="0"/>
            </w:pPr>
          </w:p>
        </w:tc>
      </w:tr>
      <w:tr w:rsidR="007A2817" w14:paraId="7C248A05" w14:textId="77777777" w:rsidTr="00A26836">
        <w:trPr>
          <w:jc w:val="center"/>
        </w:trPr>
        <w:tc>
          <w:tcPr>
            <w:tcW w:w="9520" w:type="dxa"/>
            <w:shd w:val="clear" w:color="auto" w:fill="EDEDED"/>
            <w:tcMar>
              <w:top w:w="80" w:type="dxa"/>
              <w:left w:w="100" w:type="dxa"/>
              <w:bottom w:w="80" w:type="dxa"/>
              <w:right w:w="100" w:type="dxa"/>
            </w:tcMar>
            <w:vAlign w:val="center"/>
          </w:tcPr>
          <w:p w14:paraId="4A25FF48" w14:textId="77777777" w:rsidR="007A2817" w:rsidRDefault="003A46B2">
            <w:pPr>
              <w:spacing w:after="0"/>
            </w:pPr>
            <w:r>
              <w:rPr>
                <w:b/>
                <w:sz w:val="17"/>
              </w:rPr>
              <w:t>Owner’s name</w:t>
            </w:r>
          </w:p>
        </w:tc>
        <w:tc>
          <w:tcPr>
            <w:tcW w:w="231" w:type="dxa"/>
            <w:tcMar>
              <w:top w:w="80" w:type="dxa"/>
              <w:left w:w="100" w:type="dxa"/>
              <w:bottom w:w="80" w:type="dxa"/>
              <w:right w:w="100" w:type="dxa"/>
            </w:tcMar>
            <w:vAlign w:val="center"/>
          </w:tcPr>
          <w:p w14:paraId="2EBF4E1D" w14:textId="77777777" w:rsidR="007A2817" w:rsidRDefault="007A2817">
            <w:pPr>
              <w:spacing w:after="0"/>
            </w:pPr>
          </w:p>
        </w:tc>
      </w:tr>
      <w:tr w:rsidR="007A2817" w14:paraId="7D1DC9EF" w14:textId="77777777" w:rsidTr="00A26836">
        <w:trPr>
          <w:jc w:val="center"/>
        </w:trPr>
        <w:tc>
          <w:tcPr>
            <w:tcW w:w="9520" w:type="dxa"/>
            <w:shd w:val="clear" w:color="auto" w:fill="EDEDED"/>
            <w:tcMar>
              <w:top w:w="80" w:type="dxa"/>
              <w:left w:w="100" w:type="dxa"/>
              <w:bottom w:w="80" w:type="dxa"/>
              <w:right w:w="100" w:type="dxa"/>
            </w:tcMar>
            <w:vAlign w:val="center"/>
          </w:tcPr>
          <w:p w14:paraId="20CFD9B4" w14:textId="77777777" w:rsidR="007A2817" w:rsidRDefault="003A46B2">
            <w:pPr>
              <w:spacing w:after="0"/>
            </w:pPr>
            <w:r>
              <w:rPr>
                <w:b/>
                <w:sz w:val="17"/>
              </w:rPr>
              <w:t>Address</w:t>
            </w:r>
          </w:p>
        </w:tc>
        <w:tc>
          <w:tcPr>
            <w:tcW w:w="231" w:type="dxa"/>
            <w:tcMar>
              <w:top w:w="80" w:type="dxa"/>
              <w:left w:w="100" w:type="dxa"/>
              <w:bottom w:w="80" w:type="dxa"/>
              <w:right w:w="100" w:type="dxa"/>
            </w:tcMar>
            <w:vAlign w:val="center"/>
          </w:tcPr>
          <w:p w14:paraId="60DF99D7" w14:textId="77777777" w:rsidR="007A2817" w:rsidRDefault="007A2817">
            <w:pPr>
              <w:spacing w:after="0"/>
            </w:pPr>
          </w:p>
        </w:tc>
      </w:tr>
      <w:tr w:rsidR="007A2817" w14:paraId="67DDBCF6" w14:textId="77777777" w:rsidTr="00A26836">
        <w:trPr>
          <w:jc w:val="center"/>
        </w:trPr>
        <w:tc>
          <w:tcPr>
            <w:tcW w:w="9520" w:type="dxa"/>
            <w:shd w:val="clear" w:color="auto" w:fill="EDEDED"/>
            <w:tcMar>
              <w:top w:w="80" w:type="dxa"/>
              <w:left w:w="100" w:type="dxa"/>
              <w:bottom w:w="80" w:type="dxa"/>
              <w:right w:w="100" w:type="dxa"/>
            </w:tcMar>
            <w:vAlign w:val="center"/>
          </w:tcPr>
          <w:p w14:paraId="7AD8C730" w14:textId="77777777" w:rsidR="007A2817" w:rsidRDefault="003A46B2">
            <w:pPr>
              <w:spacing w:after="0"/>
            </w:pPr>
            <w:r>
              <w:rPr>
                <w:b/>
                <w:sz w:val="17"/>
              </w:rPr>
              <w:t>Postal code and city</w:t>
            </w:r>
          </w:p>
        </w:tc>
        <w:tc>
          <w:tcPr>
            <w:tcW w:w="231" w:type="dxa"/>
            <w:tcMar>
              <w:top w:w="80" w:type="dxa"/>
              <w:left w:w="100" w:type="dxa"/>
              <w:bottom w:w="80" w:type="dxa"/>
              <w:right w:w="100" w:type="dxa"/>
            </w:tcMar>
            <w:vAlign w:val="center"/>
          </w:tcPr>
          <w:p w14:paraId="695E75E5" w14:textId="77777777" w:rsidR="007A2817" w:rsidRDefault="007A2817">
            <w:pPr>
              <w:spacing w:after="0"/>
            </w:pPr>
          </w:p>
        </w:tc>
      </w:tr>
      <w:tr w:rsidR="007A2817" w14:paraId="1FDEA595" w14:textId="77777777" w:rsidTr="00A26836">
        <w:trPr>
          <w:jc w:val="center"/>
        </w:trPr>
        <w:tc>
          <w:tcPr>
            <w:tcW w:w="9520" w:type="dxa"/>
            <w:shd w:val="clear" w:color="auto" w:fill="EDEDED"/>
            <w:tcMar>
              <w:top w:w="80" w:type="dxa"/>
              <w:left w:w="100" w:type="dxa"/>
              <w:bottom w:w="80" w:type="dxa"/>
              <w:right w:w="100" w:type="dxa"/>
            </w:tcMar>
            <w:vAlign w:val="center"/>
          </w:tcPr>
          <w:p w14:paraId="40A7235A" w14:textId="77777777" w:rsidR="007A2817" w:rsidRDefault="003A46B2">
            <w:pPr>
              <w:spacing w:after="0"/>
            </w:pPr>
            <w:r>
              <w:rPr>
                <w:b/>
                <w:sz w:val="17"/>
              </w:rPr>
              <w:t>Country</w:t>
            </w:r>
          </w:p>
        </w:tc>
        <w:tc>
          <w:tcPr>
            <w:tcW w:w="231" w:type="dxa"/>
            <w:tcMar>
              <w:top w:w="80" w:type="dxa"/>
              <w:left w:w="100" w:type="dxa"/>
              <w:bottom w:w="80" w:type="dxa"/>
              <w:right w:w="100" w:type="dxa"/>
            </w:tcMar>
            <w:vAlign w:val="center"/>
          </w:tcPr>
          <w:p w14:paraId="67040271" w14:textId="77777777" w:rsidR="007A2817" w:rsidRDefault="007A2817">
            <w:pPr>
              <w:spacing w:after="0"/>
            </w:pPr>
          </w:p>
        </w:tc>
      </w:tr>
      <w:tr w:rsidR="007A2817" w14:paraId="54B8F7EF" w14:textId="77777777" w:rsidTr="00A26836">
        <w:trPr>
          <w:jc w:val="center"/>
        </w:trPr>
        <w:tc>
          <w:tcPr>
            <w:tcW w:w="9520" w:type="dxa"/>
            <w:shd w:val="clear" w:color="auto" w:fill="EDEDED"/>
            <w:tcMar>
              <w:top w:w="80" w:type="dxa"/>
              <w:left w:w="100" w:type="dxa"/>
              <w:bottom w:w="80" w:type="dxa"/>
              <w:right w:w="100" w:type="dxa"/>
            </w:tcMar>
            <w:vAlign w:val="center"/>
          </w:tcPr>
          <w:p w14:paraId="3B831A9F" w14:textId="77777777" w:rsidR="007A2817" w:rsidRDefault="003A46B2">
            <w:pPr>
              <w:spacing w:after="0"/>
            </w:pPr>
            <w:r>
              <w:rPr>
                <w:b/>
                <w:sz w:val="17"/>
              </w:rPr>
              <w:t>Telephone number</w:t>
            </w:r>
          </w:p>
        </w:tc>
        <w:tc>
          <w:tcPr>
            <w:tcW w:w="231" w:type="dxa"/>
            <w:tcMar>
              <w:top w:w="80" w:type="dxa"/>
              <w:left w:w="100" w:type="dxa"/>
              <w:bottom w:w="80" w:type="dxa"/>
              <w:right w:w="100" w:type="dxa"/>
            </w:tcMar>
            <w:vAlign w:val="center"/>
          </w:tcPr>
          <w:p w14:paraId="2FA12945" w14:textId="77777777" w:rsidR="007A2817" w:rsidRDefault="007A2817">
            <w:pPr>
              <w:spacing w:after="0"/>
            </w:pPr>
          </w:p>
        </w:tc>
      </w:tr>
      <w:tr w:rsidR="007A2817" w14:paraId="5DE29806" w14:textId="77777777" w:rsidTr="00A26836">
        <w:trPr>
          <w:jc w:val="center"/>
        </w:trPr>
        <w:tc>
          <w:tcPr>
            <w:tcW w:w="9520" w:type="dxa"/>
            <w:shd w:val="clear" w:color="auto" w:fill="EDEDED"/>
            <w:tcMar>
              <w:top w:w="80" w:type="dxa"/>
              <w:left w:w="100" w:type="dxa"/>
              <w:bottom w:w="80" w:type="dxa"/>
              <w:right w:w="100" w:type="dxa"/>
            </w:tcMar>
            <w:vAlign w:val="center"/>
          </w:tcPr>
          <w:p w14:paraId="570C6AAF" w14:textId="77777777" w:rsidR="007A2817" w:rsidRDefault="003A46B2">
            <w:pPr>
              <w:spacing w:after="0"/>
            </w:pPr>
            <w:r>
              <w:rPr>
                <w:b/>
                <w:sz w:val="17"/>
              </w:rPr>
              <w:t>Email address</w:t>
            </w:r>
          </w:p>
        </w:tc>
        <w:tc>
          <w:tcPr>
            <w:tcW w:w="231" w:type="dxa"/>
            <w:tcMar>
              <w:top w:w="80" w:type="dxa"/>
              <w:left w:w="100" w:type="dxa"/>
              <w:bottom w:w="80" w:type="dxa"/>
              <w:right w:w="100" w:type="dxa"/>
            </w:tcMar>
            <w:vAlign w:val="center"/>
          </w:tcPr>
          <w:p w14:paraId="126593C5" w14:textId="77777777" w:rsidR="007A2817" w:rsidRDefault="007A2817">
            <w:pPr>
              <w:spacing w:after="0"/>
            </w:pPr>
          </w:p>
        </w:tc>
      </w:tr>
    </w:tbl>
    <w:p w14:paraId="58EF0581" w14:textId="77777777" w:rsidR="007A2817" w:rsidRDefault="003A46B2">
      <w:pPr>
        <w:spacing w:before="120" w:after="60"/>
      </w:pPr>
      <w:r>
        <w:rPr>
          <w:b/>
          <w:sz w:val="21"/>
        </w:rPr>
        <w:t>2. DAM DETAILS</w:t>
      </w:r>
    </w:p>
    <w:tbl>
      <w:tblPr>
        <w:tblW w:w="0" w:type="auto"/>
        <w:jc w:val="center"/>
        <w:tblLayout w:type="fixed"/>
        <w:tblLook w:val="04A0" w:firstRow="1" w:lastRow="0" w:firstColumn="1" w:lastColumn="0" w:noHBand="0" w:noVBand="1"/>
      </w:tblPr>
      <w:tblGrid>
        <w:gridCol w:w="9520"/>
        <w:gridCol w:w="231"/>
      </w:tblGrid>
      <w:tr w:rsidR="007A2817" w14:paraId="3E636032" w14:textId="77777777" w:rsidTr="00A26836">
        <w:trPr>
          <w:jc w:val="center"/>
        </w:trPr>
        <w:tc>
          <w:tcPr>
            <w:tcW w:w="9520" w:type="dxa"/>
            <w:shd w:val="clear" w:color="auto" w:fill="EDEDED"/>
            <w:tcMar>
              <w:top w:w="80" w:type="dxa"/>
              <w:left w:w="100" w:type="dxa"/>
              <w:bottom w:w="80" w:type="dxa"/>
              <w:right w:w="100" w:type="dxa"/>
            </w:tcMar>
            <w:vAlign w:val="center"/>
          </w:tcPr>
          <w:p w14:paraId="64B31235" w14:textId="77777777" w:rsidR="007A2817" w:rsidRDefault="003A46B2">
            <w:pPr>
              <w:spacing w:after="0"/>
            </w:pPr>
            <w:r>
              <w:rPr>
                <w:b/>
                <w:sz w:val="17"/>
              </w:rPr>
              <w:t>Name as shown on pedigree</w:t>
            </w:r>
            <w:proofErr w:type="spellStart"/>
            <w:r>
              <w:rPr>
                <w:b/>
                <w:sz w:val="17"/>
              </w:rPr>
            </w:r>
            <w:proofErr w:type="spellEnd"/>
            <w:r>
              <w:rPr>
                <w:b/>
                <w:sz w:val="17"/>
              </w:rPr>
            </w:r>
            <w:proofErr w:type="spellStart"/>
            <w:r>
              <w:rPr>
                <w:b/>
                <w:sz w:val="17"/>
              </w:rPr>
            </w:r>
            <w:proofErr w:type="spellEnd"/>
          </w:p>
        </w:tc>
        <w:tc>
          <w:tcPr>
            <w:tcW w:w="231" w:type="dxa"/>
            <w:tcMar>
              <w:top w:w="80" w:type="dxa"/>
              <w:left w:w="100" w:type="dxa"/>
              <w:bottom w:w="80" w:type="dxa"/>
              <w:right w:w="100" w:type="dxa"/>
            </w:tcMar>
            <w:vAlign w:val="center"/>
          </w:tcPr>
          <w:p w14:paraId="44CE6E1E" w14:textId="77777777" w:rsidR="007A2817" w:rsidRDefault="007A2817">
            <w:pPr>
              <w:spacing w:after="0"/>
            </w:pPr>
          </w:p>
        </w:tc>
      </w:tr>
      <w:tr w:rsidR="007A2817" w14:paraId="65DD6C89" w14:textId="77777777" w:rsidTr="00A26836">
        <w:trPr>
          <w:jc w:val="center"/>
        </w:trPr>
        <w:tc>
          <w:tcPr>
            <w:tcW w:w="9520" w:type="dxa"/>
            <w:shd w:val="clear" w:color="auto" w:fill="EDEDED"/>
            <w:tcMar>
              <w:top w:w="80" w:type="dxa"/>
              <w:left w:w="100" w:type="dxa"/>
              <w:bottom w:w="80" w:type="dxa"/>
              <w:right w:w="100" w:type="dxa"/>
            </w:tcMar>
            <w:vAlign w:val="center"/>
          </w:tcPr>
          <w:p w14:paraId="056E3C34" w14:textId="77777777" w:rsidR="007A2817" w:rsidRDefault="003A46B2">
            <w:pPr>
              <w:spacing w:after="0"/>
            </w:pPr>
            <w:r>
              <w:rPr>
                <w:b/>
                <w:sz w:val="17"/>
              </w:rPr>
              <w:t>Registration / pedigree number</w:t>
            </w:r>
          </w:p>
        </w:tc>
        <w:tc>
          <w:tcPr>
            <w:tcW w:w="231" w:type="dxa"/>
            <w:tcMar>
              <w:top w:w="80" w:type="dxa"/>
              <w:left w:w="100" w:type="dxa"/>
              <w:bottom w:w="80" w:type="dxa"/>
              <w:right w:w="100" w:type="dxa"/>
            </w:tcMar>
            <w:vAlign w:val="center"/>
          </w:tcPr>
          <w:p w14:paraId="710848CA" w14:textId="77777777" w:rsidR="007A2817" w:rsidRDefault="007A2817">
            <w:pPr>
              <w:spacing w:after="0"/>
            </w:pPr>
          </w:p>
        </w:tc>
      </w:tr>
      <w:tr w:rsidR="007A2817" w14:paraId="6BD99694" w14:textId="77777777" w:rsidTr="00A26836">
        <w:trPr>
          <w:jc w:val="center"/>
        </w:trPr>
        <w:tc>
          <w:tcPr>
            <w:tcW w:w="9520" w:type="dxa"/>
            <w:shd w:val="clear" w:color="auto" w:fill="EDEDED"/>
            <w:tcMar>
              <w:top w:w="80" w:type="dxa"/>
              <w:left w:w="100" w:type="dxa"/>
              <w:bottom w:w="80" w:type="dxa"/>
              <w:right w:w="100" w:type="dxa"/>
            </w:tcMar>
            <w:vAlign w:val="center"/>
          </w:tcPr>
          <w:p w14:paraId="7A99A70C" w14:textId="77777777" w:rsidR="007A2817" w:rsidRDefault="003A46B2">
            <w:pPr>
              <w:spacing w:after="0"/>
            </w:pPr>
            <w:r>
              <w:rPr>
                <w:b/>
                <w:sz w:val="17"/>
              </w:rPr>
              <w:t>Breed</w:t>
            </w:r>
          </w:p>
        </w:tc>
        <w:tc>
          <w:tcPr>
            <w:tcW w:w="231" w:type="dxa"/>
            <w:tcMar>
              <w:top w:w="80" w:type="dxa"/>
              <w:left w:w="100" w:type="dxa"/>
              <w:bottom w:w="80" w:type="dxa"/>
              <w:right w:w="100" w:type="dxa"/>
            </w:tcMar>
            <w:vAlign w:val="center"/>
          </w:tcPr>
          <w:p w14:paraId="73AA6B0C" w14:textId="77777777" w:rsidR="007A2817" w:rsidRDefault="007A2817">
            <w:pPr>
              <w:spacing w:after="0"/>
            </w:pPr>
          </w:p>
        </w:tc>
      </w:tr>
      <w:tr w:rsidR="007A2817" w14:paraId="79F7A665" w14:textId="77777777" w:rsidTr="00A26836">
        <w:trPr>
          <w:jc w:val="center"/>
        </w:trPr>
        <w:tc>
          <w:tcPr>
            <w:tcW w:w="9520" w:type="dxa"/>
            <w:shd w:val="clear" w:color="auto" w:fill="EDEDED"/>
            <w:tcMar>
              <w:top w:w="80" w:type="dxa"/>
              <w:left w:w="100" w:type="dxa"/>
              <w:bottom w:w="80" w:type="dxa"/>
              <w:right w:w="100" w:type="dxa"/>
            </w:tcMar>
            <w:vAlign w:val="center"/>
          </w:tcPr>
          <w:p w14:paraId="1572A946" w14:textId="77777777" w:rsidR="007A2817" w:rsidRDefault="003A46B2">
            <w:pPr>
              <w:spacing w:after="0"/>
            </w:pPr>
            <w:r>
              <w:rPr>
                <w:b/>
                <w:sz w:val="17"/>
              </w:rPr>
              <w:t>Type / variety</w:t>
            </w:r>
          </w:p>
        </w:tc>
        <w:tc>
          <w:tcPr>
            <w:tcW w:w="231" w:type="dxa"/>
            <w:tcMar>
              <w:top w:w="80" w:type="dxa"/>
              <w:left w:w="100" w:type="dxa"/>
              <w:bottom w:w="80" w:type="dxa"/>
              <w:right w:w="100" w:type="dxa"/>
            </w:tcMar>
            <w:vAlign w:val="center"/>
          </w:tcPr>
          <w:p w14:paraId="6AD49F7E" w14:textId="77777777" w:rsidR="007A2817" w:rsidRDefault="007A2817">
            <w:pPr>
              <w:spacing w:after="0"/>
            </w:pPr>
          </w:p>
        </w:tc>
      </w:tr>
      <w:tr w:rsidR="007A2817" w14:paraId="7E2E6BFC" w14:textId="77777777" w:rsidTr="00A26836">
        <w:trPr>
          <w:jc w:val="center"/>
        </w:trPr>
        <w:tc>
          <w:tcPr>
            <w:tcW w:w="9520" w:type="dxa"/>
            <w:shd w:val="clear" w:color="auto" w:fill="EDEDED"/>
            <w:tcMar>
              <w:top w:w="80" w:type="dxa"/>
              <w:left w:w="100" w:type="dxa"/>
              <w:bottom w:w="80" w:type="dxa"/>
              <w:right w:w="100" w:type="dxa"/>
            </w:tcMar>
            <w:vAlign w:val="center"/>
          </w:tcPr>
          <w:p w14:paraId="2CB77A30" w14:textId="77777777" w:rsidR="007A2817" w:rsidRDefault="003A46B2">
            <w:pPr>
              <w:spacing w:after="0"/>
            </w:pPr>
            <w:r>
              <w:rPr>
                <w:b/>
                <w:sz w:val="17"/>
              </w:rPr>
              <w:t>Date of birth</w:t>
            </w:r>
          </w:p>
        </w:tc>
        <w:tc>
          <w:tcPr>
            <w:tcW w:w="231" w:type="dxa"/>
            <w:tcMar>
              <w:top w:w="80" w:type="dxa"/>
              <w:left w:w="100" w:type="dxa"/>
              <w:bottom w:w="80" w:type="dxa"/>
              <w:right w:w="100" w:type="dxa"/>
            </w:tcMar>
            <w:vAlign w:val="center"/>
          </w:tcPr>
          <w:p w14:paraId="15D742E8" w14:textId="77777777" w:rsidR="007A2817" w:rsidRDefault="007A2817">
            <w:pPr>
              <w:spacing w:after="0"/>
            </w:pPr>
          </w:p>
        </w:tc>
      </w:tr>
      <w:tr w:rsidR="007A2817" w14:paraId="72E9C4A5" w14:textId="77777777" w:rsidTr="00A26836">
        <w:trPr>
          <w:jc w:val="center"/>
        </w:trPr>
        <w:tc>
          <w:tcPr>
            <w:tcW w:w="9520" w:type="dxa"/>
            <w:shd w:val="clear" w:color="auto" w:fill="EDEDED"/>
            <w:tcMar>
              <w:top w:w="80" w:type="dxa"/>
              <w:left w:w="100" w:type="dxa"/>
              <w:bottom w:w="80" w:type="dxa"/>
              <w:right w:w="100" w:type="dxa"/>
            </w:tcMar>
            <w:vAlign w:val="center"/>
          </w:tcPr>
          <w:p w14:paraId="55F19B1B" w14:textId="77777777" w:rsidR="007A2817" w:rsidRDefault="003A46B2">
            <w:pPr>
              <w:spacing w:after="0"/>
            </w:pPr>
            <w:r>
              <w:rPr>
                <w:b/>
                <w:sz w:val="17"/>
              </w:rPr>
              <w:t>Microchip number</w:t>
            </w:r>
          </w:p>
        </w:tc>
        <w:tc>
          <w:tcPr>
            <w:tcW w:w="231" w:type="dxa"/>
            <w:tcMar>
              <w:top w:w="80" w:type="dxa"/>
              <w:left w:w="100" w:type="dxa"/>
              <w:bottom w:w="80" w:type="dxa"/>
              <w:right w:w="100" w:type="dxa"/>
            </w:tcMar>
            <w:vAlign w:val="center"/>
          </w:tcPr>
          <w:p w14:paraId="30D83EB0" w14:textId="77777777" w:rsidR="007A2817" w:rsidRDefault="007A2817">
            <w:pPr>
              <w:spacing w:after="0"/>
            </w:pPr>
          </w:p>
        </w:tc>
      </w:tr>
      <w:tr w:rsidR="007A2817" w14:paraId="6DF9AF89" w14:textId="77777777" w:rsidTr="00A26836">
        <w:trPr>
          <w:jc w:val="center"/>
        </w:trPr>
        <w:tc>
          <w:tcPr>
            <w:tcW w:w="9520" w:type="dxa"/>
            <w:shd w:val="clear" w:color="auto" w:fill="EDEDED"/>
            <w:tcMar>
              <w:top w:w="80" w:type="dxa"/>
              <w:left w:w="100" w:type="dxa"/>
              <w:bottom w:w="80" w:type="dxa"/>
              <w:right w:w="100" w:type="dxa"/>
            </w:tcMar>
            <w:vAlign w:val="center"/>
          </w:tcPr>
          <w:p w14:paraId="0D29DE90" w14:textId="77777777" w:rsidR="007A2817" w:rsidRDefault="003A46B2">
            <w:pPr>
              <w:spacing w:after="0"/>
            </w:pPr>
            <w:r>
              <w:rPr>
                <w:b/>
                <w:sz w:val="17"/>
              </w:rPr>
              <w:t>Colour</w:t>
            </w:r>
          </w:p>
        </w:tc>
        <w:tc>
          <w:tcPr>
            <w:tcW w:w="231" w:type="dxa"/>
            <w:tcMar>
              <w:top w:w="80" w:type="dxa"/>
              <w:left w:w="100" w:type="dxa"/>
              <w:bottom w:w="80" w:type="dxa"/>
              <w:right w:w="100" w:type="dxa"/>
            </w:tcMar>
            <w:vAlign w:val="center"/>
          </w:tcPr>
          <w:p w14:paraId="1A4BEE17" w14:textId="77777777" w:rsidR="007A2817" w:rsidRDefault="007A2817">
            <w:pPr>
              <w:spacing w:after="0"/>
            </w:pPr>
          </w:p>
        </w:tc>
      </w:tr>
      <w:tr w:rsidR="007A2817" w14:paraId="4DC3F3F5" w14:textId="77777777" w:rsidTr="00A26836">
        <w:trPr>
          <w:jc w:val="center"/>
        </w:trPr>
        <w:tc>
          <w:tcPr>
            <w:tcW w:w="9520" w:type="dxa"/>
            <w:shd w:val="clear" w:color="auto" w:fill="EDEDED"/>
            <w:tcMar>
              <w:top w:w="80" w:type="dxa"/>
              <w:left w:w="100" w:type="dxa"/>
              <w:bottom w:w="80" w:type="dxa"/>
              <w:right w:w="100" w:type="dxa"/>
            </w:tcMar>
            <w:vAlign w:val="center"/>
          </w:tcPr>
          <w:p w14:paraId="1ED00A0A" w14:textId="77777777" w:rsidR="007A2817" w:rsidRDefault="003A46B2">
            <w:pPr>
              <w:spacing w:after="0"/>
            </w:pPr>
            <w:r>
              <w:rPr>
                <w:b/>
                <w:sz w:val="17"/>
              </w:rPr>
              <w:t>Owner’s name</w:t>
            </w:r>
          </w:p>
        </w:tc>
        <w:tc>
          <w:tcPr>
            <w:tcW w:w="231" w:type="dxa"/>
            <w:tcMar>
              <w:top w:w="80" w:type="dxa"/>
              <w:left w:w="100" w:type="dxa"/>
              <w:bottom w:w="80" w:type="dxa"/>
              <w:right w:w="100" w:type="dxa"/>
            </w:tcMar>
            <w:vAlign w:val="center"/>
          </w:tcPr>
          <w:p w14:paraId="2E1DF16F" w14:textId="77777777" w:rsidR="007A2817" w:rsidRDefault="007A2817">
            <w:pPr>
              <w:spacing w:after="0"/>
            </w:pPr>
          </w:p>
        </w:tc>
      </w:tr>
      <w:tr w:rsidR="007A2817" w14:paraId="626B9030" w14:textId="77777777" w:rsidTr="00A26836">
        <w:trPr>
          <w:jc w:val="center"/>
        </w:trPr>
        <w:tc>
          <w:tcPr>
            <w:tcW w:w="9520" w:type="dxa"/>
            <w:shd w:val="clear" w:color="auto" w:fill="EDEDED"/>
            <w:tcMar>
              <w:top w:w="80" w:type="dxa"/>
              <w:left w:w="100" w:type="dxa"/>
              <w:bottom w:w="80" w:type="dxa"/>
              <w:right w:w="100" w:type="dxa"/>
            </w:tcMar>
            <w:vAlign w:val="center"/>
          </w:tcPr>
          <w:p w14:paraId="7172E687" w14:textId="77777777" w:rsidR="007A2817" w:rsidRDefault="003A46B2">
            <w:pPr>
              <w:spacing w:after="0"/>
            </w:pPr>
            <w:r>
              <w:rPr>
                <w:b/>
                <w:sz w:val="17"/>
              </w:rPr>
              <w:t>Address</w:t>
            </w:r>
          </w:p>
        </w:tc>
        <w:tc>
          <w:tcPr>
            <w:tcW w:w="231" w:type="dxa"/>
            <w:tcMar>
              <w:top w:w="80" w:type="dxa"/>
              <w:left w:w="100" w:type="dxa"/>
              <w:bottom w:w="80" w:type="dxa"/>
              <w:right w:w="100" w:type="dxa"/>
            </w:tcMar>
            <w:vAlign w:val="center"/>
          </w:tcPr>
          <w:p w14:paraId="6002B1CB" w14:textId="77777777" w:rsidR="007A2817" w:rsidRDefault="007A2817">
            <w:pPr>
              <w:spacing w:after="0"/>
            </w:pPr>
          </w:p>
        </w:tc>
      </w:tr>
      <w:tr w:rsidR="007A2817" w14:paraId="3CE4420B" w14:textId="77777777" w:rsidTr="00A26836">
        <w:trPr>
          <w:jc w:val="center"/>
        </w:trPr>
        <w:tc>
          <w:tcPr>
            <w:tcW w:w="9520" w:type="dxa"/>
            <w:shd w:val="clear" w:color="auto" w:fill="EDEDED"/>
            <w:tcMar>
              <w:top w:w="80" w:type="dxa"/>
              <w:left w:w="100" w:type="dxa"/>
              <w:bottom w:w="80" w:type="dxa"/>
              <w:right w:w="100" w:type="dxa"/>
            </w:tcMar>
            <w:vAlign w:val="center"/>
          </w:tcPr>
          <w:p w14:paraId="53875A4D" w14:textId="77777777" w:rsidR="007A2817" w:rsidRDefault="003A46B2">
            <w:pPr>
              <w:spacing w:after="0"/>
            </w:pPr>
            <w:r>
              <w:rPr>
                <w:b/>
                <w:sz w:val="17"/>
              </w:rPr>
              <w:t>Postal code and city</w:t>
            </w:r>
          </w:p>
        </w:tc>
        <w:tc>
          <w:tcPr>
            <w:tcW w:w="231" w:type="dxa"/>
            <w:tcMar>
              <w:top w:w="80" w:type="dxa"/>
              <w:left w:w="100" w:type="dxa"/>
              <w:bottom w:w="80" w:type="dxa"/>
              <w:right w:w="100" w:type="dxa"/>
            </w:tcMar>
            <w:vAlign w:val="center"/>
          </w:tcPr>
          <w:p w14:paraId="0AA02626" w14:textId="77777777" w:rsidR="007A2817" w:rsidRDefault="007A2817">
            <w:pPr>
              <w:spacing w:after="0"/>
            </w:pPr>
          </w:p>
        </w:tc>
      </w:tr>
      <w:tr w:rsidR="007A2817" w14:paraId="7CC433F3" w14:textId="77777777" w:rsidTr="00A26836">
        <w:trPr>
          <w:jc w:val="center"/>
        </w:trPr>
        <w:tc>
          <w:tcPr>
            <w:tcW w:w="9520" w:type="dxa"/>
            <w:shd w:val="clear" w:color="auto" w:fill="EDEDED"/>
            <w:tcMar>
              <w:top w:w="80" w:type="dxa"/>
              <w:left w:w="100" w:type="dxa"/>
              <w:bottom w:w="80" w:type="dxa"/>
              <w:right w:w="100" w:type="dxa"/>
            </w:tcMar>
            <w:vAlign w:val="center"/>
          </w:tcPr>
          <w:p w14:paraId="1BC6695A" w14:textId="77777777" w:rsidR="007A2817" w:rsidRDefault="003A46B2">
            <w:pPr>
              <w:spacing w:after="0"/>
            </w:pPr>
            <w:r>
              <w:rPr>
                <w:b/>
                <w:sz w:val="17"/>
              </w:rPr>
              <w:t>Country</w:t>
            </w:r>
          </w:p>
        </w:tc>
        <w:tc>
          <w:tcPr>
            <w:tcW w:w="231" w:type="dxa"/>
            <w:tcMar>
              <w:top w:w="80" w:type="dxa"/>
              <w:left w:w="100" w:type="dxa"/>
              <w:bottom w:w="80" w:type="dxa"/>
              <w:right w:w="100" w:type="dxa"/>
            </w:tcMar>
            <w:vAlign w:val="center"/>
          </w:tcPr>
          <w:p w14:paraId="25C474DE" w14:textId="77777777" w:rsidR="007A2817" w:rsidRDefault="007A2817">
            <w:pPr>
              <w:spacing w:after="0"/>
            </w:pPr>
          </w:p>
        </w:tc>
      </w:tr>
      <w:tr w:rsidR="007A2817" w14:paraId="432668B4" w14:textId="77777777" w:rsidTr="00A26836">
        <w:trPr>
          <w:jc w:val="center"/>
        </w:trPr>
        <w:tc>
          <w:tcPr>
            <w:tcW w:w="9520" w:type="dxa"/>
            <w:shd w:val="clear" w:color="auto" w:fill="EDEDED"/>
            <w:tcMar>
              <w:top w:w="80" w:type="dxa"/>
              <w:left w:w="100" w:type="dxa"/>
              <w:bottom w:w="80" w:type="dxa"/>
              <w:right w:w="100" w:type="dxa"/>
            </w:tcMar>
            <w:vAlign w:val="center"/>
          </w:tcPr>
          <w:p w14:paraId="0E09E02D" w14:textId="77777777" w:rsidR="007A2817" w:rsidRDefault="003A46B2">
            <w:pPr>
              <w:spacing w:after="0"/>
            </w:pPr>
            <w:r>
              <w:rPr>
                <w:b/>
                <w:sz w:val="17"/>
              </w:rPr>
              <w:t>Telephone number</w:t>
            </w:r>
          </w:p>
        </w:tc>
        <w:tc>
          <w:tcPr>
            <w:tcW w:w="231" w:type="dxa"/>
            <w:tcMar>
              <w:top w:w="80" w:type="dxa"/>
              <w:left w:w="100" w:type="dxa"/>
              <w:bottom w:w="80" w:type="dxa"/>
              <w:right w:w="100" w:type="dxa"/>
            </w:tcMar>
            <w:vAlign w:val="center"/>
          </w:tcPr>
          <w:p w14:paraId="2BE9CB3B" w14:textId="77777777" w:rsidR="007A2817" w:rsidRDefault="007A2817">
            <w:pPr>
              <w:spacing w:after="0"/>
            </w:pPr>
          </w:p>
        </w:tc>
      </w:tr>
      <w:tr w:rsidR="007A2817" w14:paraId="323A787D" w14:textId="77777777" w:rsidTr="00A26836">
        <w:trPr>
          <w:jc w:val="center"/>
        </w:trPr>
        <w:tc>
          <w:tcPr>
            <w:tcW w:w="9520" w:type="dxa"/>
            <w:shd w:val="clear" w:color="auto" w:fill="EDEDED"/>
            <w:tcMar>
              <w:top w:w="80" w:type="dxa"/>
              <w:left w:w="100" w:type="dxa"/>
              <w:bottom w:w="80" w:type="dxa"/>
              <w:right w:w="100" w:type="dxa"/>
            </w:tcMar>
            <w:vAlign w:val="center"/>
          </w:tcPr>
          <w:p w14:paraId="338BAC2A" w14:textId="77777777" w:rsidR="007A2817" w:rsidRDefault="003A46B2">
            <w:pPr>
              <w:spacing w:after="0"/>
            </w:pPr>
            <w:r>
              <w:rPr>
                <w:b/>
                <w:sz w:val="17"/>
              </w:rPr>
              <w:t>Email address</w:t>
            </w:r>
          </w:p>
        </w:tc>
        <w:tc>
          <w:tcPr>
            <w:tcW w:w="231" w:type="dxa"/>
            <w:tcMar>
              <w:top w:w="80" w:type="dxa"/>
              <w:left w:w="100" w:type="dxa"/>
              <w:bottom w:w="80" w:type="dxa"/>
              <w:right w:w="100" w:type="dxa"/>
            </w:tcMar>
            <w:vAlign w:val="center"/>
          </w:tcPr>
          <w:p w14:paraId="10589AE2" w14:textId="77777777" w:rsidR="007A2817" w:rsidRDefault="007A2817">
            <w:pPr>
              <w:spacing w:after="0"/>
            </w:pPr>
          </w:p>
        </w:tc>
      </w:tr>
    </w:tbl>
    <w:p w14:paraId="2E2859D5" w14:textId="77777777" w:rsidR="00A26836" w:rsidRDefault="00A26836">
      <w:pPr>
        <w:spacing w:before="120" w:after="60"/>
        <w:rPr>
          <w:b/>
          <w:sz w:val="21"/>
        </w:rPr>
      </w:pPr>
    </w:p>
    <w:p w14:paraId="548C16B1" w14:textId="77777777" w:rsidR="00B736EC" w:rsidRDefault="00B736EC">
      <w:pPr>
        <w:spacing w:before="120" w:after="60"/>
        <w:rPr>
          <w:b/>
          <w:sz w:val="21"/>
        </w:rPr>
      </w:pPr>
    </w:p>
    <w:p w14:paraId="0945B7F8" w14:textId="77777777" w:rsidR="00B736EC" w:rsidRDefault="00B736EC">
      <w:pPr>
        <w:spacing w:before="120" w:after="60"/>
        <w:rPr>
          <w:b/>
          <w:sz w:val="21"/>
        </w:rPr>
      </w:pPr>
    </w:p>
    <w:p w14:paraId="2BF9C9CF" w14:textId="77777777" w:rsidR="00B736EC" w:rsidRDefault="00B736EC">
      <w:pPr>
        <w:spacing w:before="120" w:after="60"/>
        <w:rPr>
          <w:b/>
          <w:sz w:val="21"/>
        </w:rPr>
      </w:pPr>
    </w:p>
    <w:p w14:paraId="082D2995" w14:textId="07D2698F" w:rsidR="007A2817" w:rsidRDefault="003A46B2">
      <w:pPr>
        <w:spacing w:before="120" w:after="60"/>
      </w:pPr>
      <w:r>
        <w:rPr>
          <w:b/>
          <w:sz w:val="21"/>
        </w:rPr>
        <w:t>3. MATING DETAILS</w:t>
      </w:r>
    </w:p>
    <w:tbl>
      <w:tblPr>
        <w:tblW w:w="0" w:type="auto"/>
        <w:jc w:val="center"/>
        <w:tblLayout w:type="fixed"/>
        <w:tblLook w:val="04A0" w:firstRow="1" w:lastRow="0" w:firstColumn="1" w:lastColumn="0" w:noHBand="0" w:noVBand="1"/>
      </w:tblPr>
      <w:tblGrid>
        <w:gridCol w:w="9520"/>
        <w:gridCol w:w="231"/>
      </w:tblGrid>
      <w:tr w:rsidR="007A2817" w14:paraId="748DC3E9" w14:textId="77777777" w:rsidTr="00A26836">
        <w:trPr>
          <w:jc w:val="center"/>
        </w:trPr>
        <w:tc>
          <w:tcPr>
            <w:tcW w:w="9520" w:type="dxa"/>
            <w:shd w:val="clear" w:color="auto" w:fill="EDEDED"/>
            <w:tcMar>
              <w:top w:w="80" w:type="dxa"/>
              <w:left w:w="100" w:type="dxa"/>
              <w:bottom w:w="80" w:type="dxa"/>
              <w:right w:w="100" w:type="dxa"/>
            </w:tcMar>
            <w:vAlign w:val="center"/>
          </w:tcPr>
          <w:p w14:paraId="47A0E842" w14:textId="77777777" w:rsidR="007A2817" w:rsidRDefault="003A46B2">
            <w:pPr>
              <w:spacing w:after="0"/>
            </w:pPr>
            <w:r>
              <w:rPr>
                <w:b/>
                <w:sz w:val="17"/>
              </w:rPr>
              <w:t>Date of first mating</w:t>
            </w:r>
            <w:proofErr w:type="spellStart"/>
            <w:r>
              <w:rPr>
                <w:b/>
                <w:sz w:val="17"/>
              </w:rPr>
            </w:r>
            <w:proofErr w:type="spellEnd"/>
            <w:r>
              <w:rPr>
                <w:b/>
                <w:sz w:val="17"/>
              </w:rPr>
            </w:r>
            <w:proofErr w:type="spellStart"/>
            <w:r>
              <w:rPr>
                <w:b/>
                <w:sz w:val="17"/>
              </w:rPr>
            </w:r>
            <w:proofErr w:type="spellEnd"/>
          </w:p>
        </w:tc>
        <w:tc>
          <w:tcPr>
            <w:tcW w:w="231" w:type="dxa"/>
            <w:tcMar>
              <w:top w:w="80" w:type="dxa"/>
              <w:left w:w="100" w:type="dxa"/>
              <w:bottom w:w="80" w:type="dxa"/>
              <w:right w:w="100" w:type="dxa"/>
            </w:tcMar>
            <w:vAlign w:val="center"/>
          </w:tcPr>
          <w:p w14:paraId="02FB0F7C" w14:textId="77777777" w:rsidR="007A2817" w:rsidRDefault="007A2817">
            <w:pPr>
              <w:spacing w:after="0"/>
            </w:pPr>
          </w:p>
        </w:tc>
      </w:tr>
      <w:tr w:rsidR="007A2817" w14:paraId="23BD042C" w14:textId="77777777" w:rsidTr="00A26836">
        <w:trPr>
          <w:jc w:val="center"/>
        </w:trPr>
        <w:tc>
          <w:tcPr>
            <w:tcW w:w="9520" w:type="dxa"/>
            <w:shd w:val="clear" w:color="auto" w:fill="EDEDED"/>
            <w:tcMar>
              <w:top w:w="80" w:type="dxa"/>
              <w:left w:w="100" w:type="dxa"/>
              <w:bottom w:w="80" w:type="dxa"/>
              <w:right w:w="100" w:type="dxa"/>
            </w:tcMar>
            <w:vAlign w:val="center"/>
          </w:tcPr>
          <w:p w14:paraId="7DA1C6DE" w14:textId="77777777" w:rsidR="007A2817" w:rsidRDefault="003A46B2">
            <w:pPr>
              <w:spacing w:after="0"/>
            </w:pPr>
            <w:r>
              <w:rPr>
                <w:b/>
                <w:sz w:val="17"/>
              </w:rPr>
              <w:t>Date of second mating (if applicable)</w:t>
            </w:r>
          </w:p>
        </w:tc>
        <w:tc>
          <w:tcPr>
            <w:tcW w:w="231" w:type="dxa"/>
            <w:tcMar>
              <w:top w:w="80" w:type="dxa"/>
              <w:left w:w="100" w:type="dxa"/>
              <w:bottom w:w="80" w:type="dxa"/>
              <w:right w:w="100" w:type="dxa"/>
            </w:tcMar>
            <w:vAlign w:val="center"/>
          </w:tcPr>
          <w:p w14:paraId="425721EB" w14:textId="77777777" w:rsidR="007A2817" w:rsidRDefault="007A2817">
            <w:pPr>
              <w:spacing w:after="0"/>
            </w:pPr>
          </w:p>
        </w:tc>
      </w:tr>
      <w:tr w:rsidR="007A2817" w14:paraId="4088B77C" w14:textId="77777777" w:rsidTr="00A26836">
        <w:trPr>
          <w:jc w:val="center"/>
        </w:trPr>
        <w:tc>
          <w:tcPr>
            <w:tcW w:w="9520" w:type="dxa"/>
            <w:shd w:val="clear" w:color="auto" w:fill="EDEDED"/>
            <w:tcMar>
              <w:top w:w="80" w:type="dxa"/>
              <w:left w:w="100" w:type="dxa"/>
              <w:bottom w:w="80" w:type="dxa"/>
              <w:right w:w="100" w:type="dxa"/>
            </w:tcMar>
            <w:vAlign w:val="center"/>
          </w:tcPr>
          <w:p w14:paraId="2555D09F" w14:textId="77777777" w:rsidR="007A2817" w:rsidRDefault="003A46B2">
            <w:pPr>
              <w:spacing w:after="0"/>
            </w:pPr>
            <w:r>
              <w:rPr>
                <w:b/>
                <w:sz w:val="17"/>
              </w:rPr>
              <w:t>Place of mating</w:t>
            </w:r>
          </w:p>
        </w:tc>
        <w:tc>
          <w:tcPr>
            <w:tcW w:w="231" w:type="dxa"/>
            <w:tcMar>
              <w:top w:w="80" w:type="dxa"/>
              <w:left w:w="100" w:type="dxa"/>
              <w:bottom w:w="80" w:type="dxa"/>
              <w:right w:w="100" w:type="dxa"/>
            </w:tcMar>
            <w:vAlign w:val="center"/>
          </w:tcPr>
          <w:p w14:paraId="683125EC" w14:textId="77777777" w:rsidR="007A2817" w:rsidRDefault="007A2817">
            <w:pPr>
              <w:spacing w:after="0"/>
            </w:pPr>
          </w:p>
        </w:tc>
      </w:tr>
      <w:tr w:rsidR="007A2817" w14:paraId="4206B6D2" w14:textId="77777777" w:rsidTr="00A26836">
        <w:trPr>
          <w:jc w:val="center"/>
        </w:trPr>
        <w:tc>
          <w:tcPr>
            <w:tcW w:w="9520" w:type="dxa"/>
            <w:shd w:val="clear" w:color="auto" w:fill="EDEDED"/>
            <w:tcMar>
              <w:top w:w="80" w:type="dxa"/>
              <w:left w:w="100" w:type="dxa"/>
              <w:bottom w:w="80" w:type="dxa"/>
              <w:right w:w="100" w:type="dxa"/>
            </w:tcMar>
            <w:vAlign w:val="center"/>
          </w:tcPr>
          <w:p w14:paraId="57F3E756" w14:textId="77777777" w:rsidR="007A2817" w:rsidRDefault="003A46B2">
            <w:pPr>
              <w:spacing w:after="0"/>
            </w:pPr>
            <w:r>
              <w:rPr>
                <w:b/>
                <w:sz w:val="17"/>
              </w:rPr>
              <w:t>Country of mating</w:t>
            </w:r>
          </w:p>
        </w:tc>
        <w:tc>
          <w:tcPr>
            <w:tcW w:w="231" w:type="dxa"/>
            <w:tcMar>
              <w:top w:w="80" w:type="dxa"/>
              <w:left w:w="100" w:type="dxa"/>
              <w:bottom w:w="80" w:type="dxa"/>
              <w:right w:w="100" w:type="dxa"/>
            </w:tcMar>
            <w:vAlign w:val="center"/>
          </w:tcPr>
          <w:p w14:paraId="42FEBF89" w14:textId="77777777" w:rsidR="007A2817" w:rsidRDefault="007A2817">
            <w:pPr>
              <w:spacing w:after="0"/>
            </w:pPr>
          </w:p>
        </w:tc>
      </w:tr>
    </w:tbl>
    <w:p w14:paraId="16A07E24" w14:textId="77777777" w:rsidR="007A2817" w:rsidRDefault="003A46B2">
      <w:pPr>
        <w:spacing w:before="80" w:after="40"/>
      </w:pPr>
      <w:proofErr w:type="spellStart"/>
      <w:r>
        <w:rPr>
          <w:b/>
        </w:rPr>
        <w:t>Method of mating</w:t>
      </w:r>
      <w:proofErr w:type="spellEnd"/>
      <w:r>
        <w:rPr>
          <w:b/>
        </w:rPr>
      </w:r>
      <w:proofErr w:type="spellStart"/>
      <w:r>
        <w:rPr>
          <w:b/>
        </w:rPr>
      </w:r>
      <w:proofErr w:type="spellEnd"/>
    </w:p>
    <w:p w14:paraId="2613FB7A" w14:textId="7AEBFED3" w:rsidR="007A2817" w:rsidRDefault="003A46B2">
      <w:pPr>
        <w:spacing w:after="80"/>
      </w:pPr>
      <w:r>
        <w:t>☐ Natural mating      ☐ Artificial insemination</w:t>
      </w:r>
      <w:r/>
    </w:p>
    <w:p w14:paraId="67A34D56" w14:textId="77777777" w:rsidR="007A2817" w:rsidRDefault="003A46B2">
      <w:pPr>
        <w:spacing w:before="120" w:after="60"/>
      </w:pPr>
      <w:r>
        <w:rPr>
          <w:b/>
          <w:sz w:val="21"/>
        </w:rPr>
        <w:t>4. CONSENT TO LITTER REGISTRATION</w:t>
      </w:r>
    </w:p>
    <w:p w14:paraId="7EDACA29" w14:textId="77777777" w:rsidR="007A2817" w:rsidRDefault="003A46B2">
      <w:pPr>
        <w:spacing w:after="100"/>
      </w:pPr>
      <w:r>
        <w:t>The owner of the stud dog agrees to the use of the above-mentioned stud dog for this mating and consents to the stud dog being registered as the sire of the resulting litter, subject to the applicable DBKC registration requirements.</w:t>
      </w:r>
    </w:p>
    <w:p w14:paraId="2A8A72A5" w14:textId="77777777" w:rsidR="007A2817" w:rsidRDefault="003A46B2">
      <w:pPr>
        <w:spacing w:before="120" w:after="60"/>
      </w:pPr>
      <w:r>
        <w:rPr>
          <w:b/>
          <w:sz w:val="21"/>
        </w:rPr>
        <w:t>5. DECLARATION BY STUD DOG OWNER</w:t>
      </w:r>
    </w:p>
    <w:p w14:paraId="1C5CDF36" w14:textId="77777777" w:rsidR="007A2817" w:rsidRDefault="003A46B2">
      <w:pPr>
        <w:spacing w:after="80"/>
      </w:pPr>
      <w:r>
        <w:t>The undersigned, being the owner or legally authorised representative of the above-mentioned stud dog, declares that this dog was used to mate with the above-mentioned dam and that all information provided is true and accurate.</w:t>
      </w:r>
    </w:p>
    <w:tbl>
      <w:tblPr>
        <w:tblW w:w="0" w:type="auto"/>
        <w:jc w:val="center"/>
        <w:tblLayout w:type="fixed"/>
        <w:tblLook w:val="04A0" w:firstRow="1" w:lastRow="0" w:firstColumn="1" w:lastColumn="0" w:noHBand="0" w:noVBand="1"/>
      </w:tblPr>
      <w:tblGrid>
        <w:gridCol w:w="9520"/>
        <w:gridCol w:w="231"/>
      </w:tblGrid>
      <w:tr w:rsidR="007A2817" w14:paraId="547A9DC7" w14:textId="77777777" w:rsidTr="00A26836">
        <w:trPr>
          <w:jc w:val="center"/>
        </w:trPr>
        <w:tc>
          <w:tcPr>
            <w:tcW w:w="9520" w:type="dxa"/>
            <w:shd w:val="clear" w:color="auto" w:fill="EDEDED"/>
            <w:tcMar>
              <w:top w:w="80" w:type="dxa"/>
              <w:left w:w="100" w:type="dxa"/>
              <w:bottom w:w="80" w:type="dxa"/>
              <w:right w:w="100" w:type="dxa"/>
            </w:tcMar>
            <w:vAlign w:val="center"/>
          </w:tcPr>
          <w:p w14:paraId="31EBE818" w14:textId="77777777" w:rsidR="007A2817" w:rsidRDefault="003A46B2">
            <w:pPr>
              <w:spacing w:after="0"/>
            </w:pPr>
            <w:r>
              <w:rPr>
                <w:b/>
                <w:sz w:val="17"/>
              </w:rPr>
              <w:t>Name</w:t>
            </w:r>
          </w:p>
        </w:tc>
        <w:tc>
          <w:tcPr>
            <w:tcW w:w="231" w:type="dxa"/>
            <w:tcMar>
              <w:top w:w="80" w:type="dxa"/>
              <w:left w:w="100" w:type="dxa"/>
              <w:bottom w:w="80" w:type="dxa"/>
              <w:right w:w="100" w:type="dxa"/>
            </w:tcMar>
            <w:vAlign w:val="center"/>
          </w:tcPr>
          <w:p w14:paraId="4233B384" w14:textId="77777777" w:rsidR="007A2817" w:rsidRDefault="007A2817">
            <w:pPr>
              <w:spacing w:after="0"/>
            </w:pPr>
          </w:p>
        </w:tc>
      </w:tr>
      <w:tr w:rsidR="007A2817" w14:paraId="0EF011E9" w14:textId="77777777" w:rsidTr="00A26836">
        <w:trPr>
          <w:jc w:val="center"/>
        </w:trPr>
        <w:tc>
          <w:tcPr>
            <w:tcW w:w="9520" w:type="dxa"/>
            <w:shd w:val="clear" w:color="auto" w:fill="EDEDED"/>
            <w:tcMar>
              <w:top w:w="80" w:type="dxa"/>
              <w:left w:w="100" w:type="dxa"/>
              <w:bottom w:w="80" w:type="dxa"/>
              <w:right w:w="100" w:type="dxa"/>
            </w:tcMar>
            <w:vAlign w:val="center"/>
          </w:tcPr>
          <w:p w14:paraId="7F03B86D" w14:textId="77777777" w:rsidR="007A2817" w:rsidRDefault="003A46B2">
            <w:pPr>
              <w:spacing w:after="0"/>
            </w:pPr>
            <w:r>
              <w:rPr>
                <w:b/>
                <w:sz w:val="17"/>
              </w:rPr>
              <w:t>Place</w:t>
            </w:r>
          </w:p>
        </w:tc>
        <w:tc>
          <w:tcPr>
            <w:tcW w:w="231" w:type="dxa"/>
            <w:tcMar>
              <w:top w:w="80" w:type="dxa"/>
              <w:left w:w="100" w:type="dxa"/>
              <w:bottom w:w="80" w:type="dxa"/>
              <w:right w:w="100" w:type="dxa"/>
            </w:tcMar>
            <w:vAlign w:val="center"/>
          </w:tcPr>
          <w:p w14:paraId="4CC72555" w14:textId="77777777" w:rsidR="007A2817" w:rsidRDefault="007A2817">
            <w:pPr>
              <w:spacing w:after="0"/>
            </w:pPr>
          </w:p>
        </w:tc>
      </w:tr>
      <w:tr w:rsidR="007A2817" w14:paraId="6417BDC5" w14:textId="77777777" w:rsidTr="00A26836">
        <w:trPr>
          <w:jc w:val="center"/>
        </w:trPr>
        <w:tc>
          <w:tcPr>
            <w:tcW w:w="9520" w:type="dxa"/>
            <w:shd w:val="clear" w:color="auto" w:fill="EDEDED"/>
            <w:tcMar>
              <w:top w:w="80" w:type="dxa"/>
              <w:left w:w="100" w:type="dxa"/>
              <w:bottom w:w="80" w:type="dxa"/>
              <w:right w:w="100" w:type="dxa"/>
            </w:tcMar>
            <w:vAlign w:val="center"/>
          </w:tcPr>
          <w:p w14:paraId="2AEBDDEE" w14:textId="77777777" w:rsidR="007A2817" w:rsidRDefault="003A46B2">
            <w:pPr>
              <w:spacing w:after="0"/>
            </w:pPr>
            <w:r>
              <w:rPr>
                <w:b/>
                <w:sz w:val="17"/>
              </w:rPr>
              <w:t>Date</w:t>
            </w:r>
          </w:p>
        </w:tc>
        <w:tc>
          <w:tcPr>
            <w:tcW w:w="231" w:type="dxa"/>
            <w:tcMar>
              <w:top w:w="80" w:type="dxa"/>
              <w:left w:w="100" w:type="dxa"/>
              <w:bottom w:w="80" w:type="dxa"/>
              <w:right w:w="100" w:type="dxa"/>
            </w:tcMar>
            <w:vAlign w:val="center"/>
          </w:tcPr>
          <w:p w14:paraId="35ADB579" w14:textId="77777777" w:rsidR="007A2817" w:rsidRDefault="007A2817">
            <w:pPr>
              <w:spacing w:after="0"/>
            </w:pPr>
          </w:p>
        </w:tc>
      </w:tr>
      <w:tr w:rsidR="007A2817" w14:paraId="2D275E5F" w14:textId="77777777" w:rsidTr="00A26836">
        <w:trPr>
          <w:jc w:val="center"/>
        </w:trPr>
        <w:tc>
          <w:tcPr>
            <w:tcW w:w="9520" w:type="dxa"/>
            <w:shd w:val="clear" w:color="auto" w:fill="EDEDED"/>
            <w:tcMar>
              <w:top w:w="80" w:type="dxa"/>
              <w:left w:w="100" w:type="dxa"/>
              <w:bottom w:w="80" w:type="dxa"/>
              <w:right w:w="100" w:type="dxa"/>
            </w:tcMar>
            <w:vAlign w:val="center"/>
          </w:tcPr>
          <w:p w14:paraId="7DD80E19" w14:textId="77777777" w:rsidR="007A2817" w:rsidRDefault="003A46B2">
            <w:pPr>
              <w:spacing w:after="0"/>
            </w:pPr>
            <w:r>
              <w:rPr>
                <w:b/>
                <w:sz w:val="17"/>
              </w:rPr>
              <w:t>Stud dog owner’s signature</w:t>
            </w:r>
          </w:p>
        </w:tc>
        <w:tc>
          <w:tcPr>
            <w:tcW w:w="231" w:type="dxa"/>
            <w:tcMar>
              <w:top w:w="80" w:type="dxa"/>
              <w:left w:w="100" w:type="dxa"/>
              <w:bottom w:w="80" w:type="dxa"/>
              <w:right w:w="100" w:type="dxa"/>
            </w:tcMar>
            <w:vAlign w:val="center"/>
          </w:tcPr>
          <w:p w14:paraId="64A1C59F" w14:textId="77777777" w:rsidR="007A2817" w:rsidRDefault="007A2817">
            <w:pPr>
              <w:spacing w:after="0"/>
            </w:pPr>
          </w:p>
        </w:tc>
      </w:tr>
    </w:tbl>
    <w:p w14:paraId="5A5C34C8" w14:textId="77777777" w:rsidR="007A2817" w:rsidRDefault="003A46B2">
      <w:pPr>
        <w:spacing w:before="120" w:after="60"/>
      </w:pPr>
      <w:r>
        <w:rPr>
          <w:b/>
          <w:sz w:val="21"/>
        </w:rPr>
        <w:t>6. DECLARATION BY DAM OWNER</w:t>
      </w:r>
    </w:p>
    <w:p w14:paraId="1E61C76E" w14:textId="77777777" w:rsidR="007A2817" w:rsidRDefault="003A46B2">
      <w:pPr>
        <w:spacing w:after="80"/>
      </w:pPr>
      <w:r>
        <w:t>The undersigned, being the owner or legally authorised representative of the above-mentioned dam, declares that the above-mentioned dam was mated with the above-mentioned stud dog and that all information provided is true and accurate.</w:t>
      </w:r>
    </w:p>
    <w:tbl>
      <w:tblPr>
        <w:tblW w:w="0" w:type="auto"/>
        <w:jc w:val="center"/>
        <w:tblLayout w:type="fixed"/>
        <w:tblLook w:val="04A0" w:firstRow="1" w:lastRow="0" w:firstColumn="1" w:lastColumn="0" w:noHBand="0" w:noVBand="1"/>
      </w:tblPr>
      <w:tblGrid>
        <w:gridCol w:w="9520"/>
        <w:gridCol w:w="231"/>
      </w:tblGrid>
      <w:tr w:rsidR="007A2817" w14:paraId="0CB4D1E9" w14:textId="77777777" w:rsidTr="00A26836">
        <w:trPr>
          <w:jc w:val="center"/>
        </w:trPr>
        <w:tc>
          <w:tcPr>
            <w:tcW w:w="9520" w:type="dxa"/>
            <w:shd w:val="clear" w:color="auto" w:fill="EDEDED"/>
            <w:tcMar>
              <w:top w:w="80" w:type="dxa"/>
              <w:left w:w="100" w:type="dxa"/>
              <w:bottom w:w="80" w:type="dxa"/>
              <w:right w:w="100" w:type="dxa"/>
            </w:tcMar>
            <w:vAlign w:val="center"/>
          </w:tcPr>
          <w:p w14:paraId="282C9A95" w14:textId="77777777" w:rsidR="007A2817" w:rsidRDefault="003A46B2">
            <w:pPr>
              <w:spacing w:after="0"/>
            </w:pPr>
            <w:r>
              <w:rPr>
                <w:b/>
                <w:sz w:val="17"/>
              </w:rPr>
              <w:t>Name</w:t>
            </w:r>
          </w:p>
        </w:tc>
        <w:tc>
          <w:tcPr>
            <w:tcW w:w="231" w:type="dxa"/>
            <w:tcMar>
              <w:top w:w="80" w:type="dxa"/>
              <w:left w:w="100" w:type="dxa"/>
              <w:bottom w:w="80" w:type="dxa"/>
              <w:right w:w="100" w:type="dxa"/>
            </w:tcMar>
            <w:vAlign w:val="center"/>
          </w:tcPr>
          <w:p w14:paraId="523314E1" w14:textId="77777777" w:rsidR="007A2817" w:rsidRDefault="007A2817">
            <w:pPr>
              <w:spacing w:after="0"/>
            </w:pPr>
          </w:p>
        </w:tc>
      </w:tr>
      <w:tr w:rsidR="007A2817" w14:paraId="33F1AD8E" w14:textId="77777777" w:rsidTr="00A26836">
        <w:trPr>
          <w:jc w:val="center"/>
        </w:trPr>
        <w:tc>
          <w:tcPr>
            <w:tcW w:w="9520" w:type="dxa"/>
            <w:shd w:val="clear" w:color="auto" w:fill="EDEDED"/>
            <w:tcMar>
              <w:top w:w="80" w:type="dxa"/>
              <w:left w:w="100" w:type="dxa"/>
              <w:bottom w:w="80" w:type="dxa"/>
              <w:right w:w="100" w:type="dxa"/>
            </w:tcMar>
            <w:vAlign w:val="center"/>
          </w:tcPr>
          <w:p w14:paraId="0FE586C7" w14:textId="77777777" w:rsidR="007A2817" w:rsidRDefault="003A46B2">
            <w:pPr>
              <w:spacing w:after="0"/>
            </w:pPr>
            <w:r>
              <w:rPr>
                <w:b/>
                <w:sz w:val="17"/>
              </w:rPr>
              <w:t>Place</w:t>
            </w:r>
          </w:p>
        </w:tc>
        <w:tc>
          <w:tcPr>
            <w:tcW w:w="231" w:type="dxa"/>
            <w:tcMar>
              <w:top w:w="80" w:type="dxa"/>
              <w:left w:w="100" w:type="dxa"/>
              <w:bottom w:w="80" w:type="dxa"/>
              <w:right w:w="100" w:type="dxa"/>
            </w:tcMar>
            <w:vAlign w:val="center"/>
          </w:tcPr>
          <w:p w14:paraId="73703D6F" w14:textId="77777777" w:rsidR="007A2817" w:rsidRDefault="007A2817">
            <w:pPr>
              <w:spacing w:after="0"/>
            </w:pPr>
          </w:p>
        </w:tc>
      </w:tr>
      <w:tr w:rsidR="007A2817" w14:paraId="1C35C606" w14:textId="77777777" w:rsidTr="00A26836">
        <w:trPr>
          <w:jc w:val="center"/>
        </w:trPr>
        <w:tc>
          <w:tcPr>
            <w:tcW w:w="9520" w:type="dxa"/>
            <w:shd w:val="clear" w:color="auto" w:fill="EDEDED"/>
            <w:tcMar>
              <w:top w:w="80" w:type="dxa"/>
              <w:left w:w="100" w:type="dxa"/>
              <w:bottom w:w="80" w:type="dxa"/>
              <w:right w:w="100" w:type="dxa"/>
            </w:tcMar>
            <w:vAlign w:val="center"/>
          </w:tcPr>
          <w:p w14:paraId="599BFF85" w14:textId="77777777" w:rsidR="007A2817" w:rsidRDefault="003A46B2">
            <w:pPr>
              <w:spacing w:after="0"/>
            </w:pPr>
            <w:r>
              <w:rPr>
                <w:b/>
                <w:sz w:val="17"/>
              </w:rPr>
              <w:t>Date</w:t>
            </w:r>
          </w:p>
        </w:tc>
        <w:tc>
          <w:tcPr>
            <w:tcW w:w="231" w:type="dxa"/>
            <w:tcMar>
              <w:top w:w="80" w:type="dxa"/>
              <w:left w:w="100" w:type="dxa"/>
              <w:bottom w:w="80" w:type="dxa"/>
              <w:right w:w="100" w:type="dxa"/>
            </w:tcMar>
            <w:vAlign w:val="center"/>
          </w:tcPr>
          <w:p w14:paraId="50A6707A" w14:textId="77777777" w:rsidR="007A2817" w:rsidRDefault="007A2817">
            <w:pPr>
              <w:spacing w:after="0"/>
            </w:pPr>
          </w:p>
        </w:tc>
      </w:tr>
      <w:tr w:rsidR="007A2817" w14:paraId="7CEA9D8D" w14:textId="77777777" w:rsidTr="00A26836">
        <w:trPr>
          <w:jc w:val="center"/>
        </w:trPr>
        <w:tc>
          <w:tcPr>
            <w:tcW w:w="9520" w:type="dxa"/>
            <w:shd w:val="clear" w:color="auto" w:fill="EDEDED"/>
            <w:tcMar>
              <w:top w:w="80" w:type="dxa"/>
              <w:left w:w="100" w:type="dxa"/>
              <w:bottom w:w="80" w:type="dxa"/>
              <w:right w:w="100" w:type="dxa"/>
            </w:tcMar>
            <w:vAlign w:val="center"/>
          </w:tcPr>
          <w:p w14:paraId="55FA9584" w14:textId="77777777" w:rsidR="007A2817" w:rsidRDefault="003A46B2">
            <w:pPr>
              <w:spacing w:after="0"/>
            </w:pPr>
            <w:r>
              <w:rPr>
                <w:b/>
                <w:sz w:val="17"/>
              </w:rPr>
              <w:t>Dam owner’s signature</w:t>
            </w:r>
          </w:p>
        </w:tc>
        <w:tc>
          <w:tcPr>
            <w:tcW w:w="231" w:type="dxa"/>
            <w:tcMar>
              <w:top w:w="80" w:type="dxa"/>
              <w:left w:w="100" w:type="dxa"/>
              <w:bottom w:w="80" w:type="dxa"/>
              <w:right w:w="100" w:type="dxa"/>
            </w:tcMar>
            <w:vAlign w:val="center"/>
          </w:tcPr>
          <w:p w14:paraId="0946D1C8" w14:textId="77777777" w:rsidR="007A2817" w:rsidRDefault="007A2817">
            <w:pPr>
              <w:spacing w:after="0"/>
            </w:pPr>
          </w:p>
        </w:tc>
      </w:tr>
    </w:tbl>
    <w:p w14:paraId="75DE6686" w14:textId="28BFC6BE" w:rsidR="007A2817" w:rsidRDefault="00B736EC" w:rsidP="00A26836">
      <w:pPr>
        <w:spacing w:before="120" w:after="60"/>
      </w:pPr>
      <w:r>
        <w:rPr>
          <w:b/>
          <w:sz w:val="21"/>
        </w:rPr>
        <w:t xml:space="preserve"> </w:t>
      </w:r>
    </w:p>
    <w:p w14:paraId="70100788" w14:textId="67C43F79" w:rsidR="007A2817" w:rsidRDefault="00B736EC">
      <w:pPr>
        <w:spacing w:before="120" w:after="60"/>
      </w:pPr>
      <w:r>
        <w:rPr>
          <w:b/>
          <w:sz w:val="21"/>
        </w:rPr>
        <w:t>7. GENERAL DECLARATION</w:t>
      </w:r>
    </w:p>
    <w:p w14:paraId="31FDD921" w14:textId="77777777" w:rsidR="007A2817" w:rsidRDefault="003A46B2">
      <w:pPr>
        <w:spacing w:after="140"/>
      </w:pPr>
      <w:r>
        <w:t>By signing, both parties declare that the information provided is complete and correct. This stud service declaration confirms the stated mating and does not automatically entitle the litter to registration or the issuance of DBKC pedigrees. DBKC reserves the right to request additional documents, supporting evidence, DNA tests and/or health test results where deemed necessary to assess a litter registration. Each litter registration is assessed separately in accordance with the DBKC rules and conditions in force at that time.</w:t>
      </w:r>
      <w:r/>
    </w:p>
    <w:sectPr w:rsidR="007A2817" w:rsidSect="00034616">
      <w:footerReference w:type="default" r:id="rId8"/>
      <w:pgSz w:w="12240" w:h="15840"/>
      <w:pgMar w:top="794" w:right="850" w:bottom="794" w:left="8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5D778" w14:textId="77777777" w:rsidR="003A46B2" w:rsidRDefault="003A46B2">
      <w:pPr>
        <w:spacing w:after="0" w:line="240" w:lineRule="auto"/>
      </w:pPr>
      <w:r>
        <w:separator/>
      </w:r>
    </w:p>
  </w:endnote>
  <w:endnote w:type="continuationSeparator" w:id="0">
    <w:p w14:paraId="536828A7" w14:textId="77777777" w:rsidR="003A46B2" w:rsidRDefault="003A4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62B8C" w14:textId="77777777" w:rsidR="007A2817" w:rsidRDefault="003A46B2">
    <w:pPr>
      <w:pStyle w:val="Voettekst"/>
      <w:jc w:val="center"/>
    </w:pPr>
    <w:r>
      <w:rPr>
        <w:b/>
        <w:sz w:val="16"/>
      </w:rPr>
      <w:t xml:space="preserve">DUTCH BULLY KENNEL </w:t>
    </w:r>
    <w:proofErr w:type="gramStart"/>
    <w:r>
      <w:rPr>
        <w:b/>
        <w:sz w:val="16"/>
      </w:rPr>
      <w:t>CLUB  |</w:t>
    </w:r>
    <w:proofErr w:type="gramEnd"/>
    <w:r>
      <w:rPr>
        <w:b/>
        <w:sz w:val="16"/>
      </w:rPr>
      <w:t xml:space="preserve">  theDBKC.nl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86C5F" w14:textId="77777777" w:rsidR="003A46B2" w:rsidRDefault="003A46B2">
      <w:pPr>
        <w:spacing w:after="0" w:line="240" w:lineRule="auto"/>
      </w:pPr>
      <w:r>
        <w:separator/>
      </w:r>
    </w:p>
  </w:footnote>
  <w:footnote w:type="continuationSeparator" w:id="0">
    <w:p w14:paraId="1C5723CF" w14:textId="77777777" w:rsidR="003A46B2" w:rsidRDefault="003A46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1021738702">
    <w:abstractNumId w:val="8"/>
  </w:num>
  <w:num w:numId="2" w16cid:durableId="2002419394">
    <w:abstractNumId w:val="6"/>
  </w:num>
  <w:num w:numId="3" w16cid:durableId="1425880865">
    <w:abstractNumId w:val="5"/>
  </w:num>
  <w:num w:numId="4" w16cid:durableId="37363335">
    <w:abstractNumId w:val="4"/>
  </w:num>
  <w:num w:numId="5" w16cid:durableId="2111585100">
    <w:abstractNumId w:val="7"/>
  </w:num>
  <w:num w:numId="6" w16cid:durableId="1655799616">
    <w:abstractNumId w:val="3"/>
  </w:num>
  <w:num w:numId="7" w16cid:durableId="669451140">
    <w:abstractNumId w:val="2"/>
  </w:num>
  <w:num w:numId="8" w16cid:durableId="1083113529">
    <w:abstractNumId w:val="1"/>
  </w:num>
  <w:num w:numId="9" w16cid:durableId="194386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86ED6"/>
    <w:rsid w:val="003A46B2"/>
    <w:rsid w:val="007A2817"/>
    <w:rsid w:val="00933810"/>
    <w:rsid w:val="00A249A3"/>
    <w:rsid w:val="00A26836"/>
    <w:rsid w:val="00AA1D8D"/>
    <w:rsid w:val="00B47730"/>
    <w:rsid w:val="00B736EC"/>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14C050"/>
  <w14:defaultImageDpi w14:val="300"/>
  <w15:docId w15:val="{8CECA3CA-002F-419D-9782-64A2C6BAC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rPr>
      <w:rFonts w:ascii="Century Gothic" w:hAnsi="Century Gothic"/>
      <w:sz w:val="18"/>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333</Words>
  <Characters>1833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Angelina Vdb</cp:lastModifiedBy>
  <cp:revision>2</cp:revision>
  <dcterms:created xsi:type="dcterms:W3CDTF">2026-10-08T16:10:00Z</dcterms:created>
  <dcterms:modified xsi:type="dcterms:W3CDTF">2026-10-08T16:10:00Z</dcterms:modified>
  <cp:category/>
</cp:coreProperties>
</file>